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48"/>
        <w:gridCol w:w="2391"/>
        <w:gridCol w:w="3591"/>
        <w:gridCol w:w="2210"/>
      </w:tblGrid>
      <w:tr w:rsidR="00C17D31" w14:paraId="7C10E13B" w14:textId="77777777" w:rsidTr="00C17D31">
        <w:trPr>
          <w:trHeight w:val="274"/>
        </w:trPr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66DC0" w14:textId="457C4C2D" w:rsidR="00C17D31" w:rsidRDefault="00C17D31">
            <w:pPr>
              <w:jc w:val="center"/>
              <w:rPr>
                <w:sz w:val="22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8752" behindDoc="1" locked="0" layoutInCell="1" allowOverlap="1" wp14:anchorId="41922DDE" wp14:editId="2F0DF4FD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DD18E5" w14:textId="77777777" w:rsidR="00C17D31" w:rsidRDefault="00C17D31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C17D31" w14:paraId="245625A2" w14:textId="77777777" w:rsidTr="00C17D31">
        <w:trPr>
          <w:trHeight w:val="270"/>
        </w:trPr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D7EAF" w14:textId="77777777" w:rsidR="00C17D31" w:rsidRDefault="00C17D31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8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11C8ED" w14:textId="77777777" w:rsidR="00C17D31" w:rsidRDefault="00C17D31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C17D31" w14:paraId="62D2A3D4" w14:textId="77777777" w:rsidTr="00C17D31">
        <w:trPr>
          <w:trHeight w:val="739"/>
        </w:trPr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E834F" w14:textId="77777777" w:rsidR="00C17D31" w:rsidRDefault="00C17D31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301DCE" w14:textId="77777777" w:rsidR="00C17D31" w:rsidRDefault="00C17D31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F432D7" w14:textId="77777777" w:rsidR="00C17D31" w:rsidRDefault="00C17D31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174F3521" w14:textId="77777777" w:rsidR="00C17D31" w:rsidRDefault="00C17D31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54B5F05B" w14:textId="77777777" w:rsidR="00C17D31" w:rsidRDefault="00C17D31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C17D31" w14:paraId="6D8FF804" w14:textId="77777777" w:rsidTr="00C17D31">
        <w:trPr>
          <w:trHeight w:val="229"/>
        </w:trPr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F4E0" w14:textId="77777777" w:rsidR="00C17D31" w:rsidRDefault="00C17D31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5360EB0" w14:textId="77777777" w:rsidR="00C17D31" w:rsidRDefault="00C17D31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15DE638F" w14:textId="77777777" w:rsidR="00C17D31" w:rsidRDefault="00C17D31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0F9E34D3" w14:textId="77777777" w:rsidR="00C17D31" w:rsidRDefault="00C17D31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35D4E41" w14:textId="77777777" w:rsidR="00C17D31" w:rsidRDefault="00C17D31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C17D31" w14:paraId="4878F39C" w14:textId="77777777" w:rsidTr="00C17D31">
        <w:trPr>
          <w:trHeight w:val="229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A9A94" w14:textId="77777777" w:rsidR="00C17D31" w:rsidRDefault="00C17D31">
            <w:pPr>
              <w:spacing w:after="60"/>
              <w:rPr>
                <w:rFonts w:asciiTheme="minorHAnsi" w:hAnsiTheme="minorHAnsi"/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63268B53" w14:textId="77777777" w:rsidR="00C17D31" w:rsidRDefault="00C17D31" w:rsidP="00C17D31">
      <w:pPr>
        <w:spacing w:before="80" w:after="60"/>
        <w:rPr>
          <w:b/>
          <w:kern w:val="2"/>
          <w:sz w:val="24"/>
          <w:szCs w:val="24"/>
          <w:lang w:val="ro-RO"/>
          <w14:ligatures w14:val="standardContextual"/>
        </w:rPr>
      </w:pPr>
      <w:bookmarkStart w:id="0" w:name="_GoBack"/>
      <w:bookmarkEnd w:id="0"/>
    </w:p>
    <w:p w14:paraId="378778B7" w14:textId="77777777" w:rsidR="009366A3" w:rsidRPr="00F13EE2" w:rsidRDefault="001A2322">
      <w:pPr>
        <w:spacing w:before="140" w:after="40"/>
        <w:jc w:val="center"/>
        <w:rPr>
          <w:sz w:val="28"/>
          <w:szCs w:val="28"/>
        </w:rPr>
      </w:pPr>
      <w:r w:rsidRPr="00F13EE2">
        <w:rPr>
          <w:b/>
          <w:sz w:val="28"/>
          <w:szCs w:val="28"/>
        </w:rPr>
        <w:t>CONFIRMARE</w:t>
      </w:r>
    </w:p>
    <w:p w14:paraId="632EE775" w14:textId="77777777" w:rsidR="009366A3" w:rsidRDefault="001A2322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recepționarea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înregistrarea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197271B0" w14:textId="77777777" w:rsidR="009366A3" w:rsidRDefault="009366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366A3" w14:paraId="0BBBDBF1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6801BEB" w14:textId="77777777" w:rsidR="009366A3" w:rsidRDefault="001A2322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366A3" w14:paraId="31998F00" w14:textId="77777777">
        <w:trPr>
          <w:cantSplit/>
          <w:trHeight w:val="510"/>
        </w:trPr>
        <w:tc>
          <w:tcPr>
            <w:tcW w:w="2409" w:type="dxa"/>
          </w:tcPr>
          <w:p w14:paraId="40F170A9" w14:textId="77777777" w:rsidR="009366A3" w:rsidRDefault="001A2322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97BE182" w14:textId="77777777" w:rsidR="009366A3" w:rsidRDefault="009366A3">
            <w:pPr>
              <w:keepNext/>
            </w:pPr>
          </w:p>
        </w:tc>
        <w:tc>
          <w:tcPr>
            <w:tcW w:w="2409" w:type="dxa"/>
            <w:gridSpan w:val="2"/>
          </w:tcPr>
          <w:p w14:paraId="7086F118" w14:textId="77777777" w:rsidR="009366A3" w:rsidRDefault="001A2322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3DC20C1" w14:textId="77777777" w:rsidR="009366A3" w:rsidRDefault="009366A3">
            <w:pPr>
              <w:keepNext/>
            </w:pPr>
          </w:p>
        </w:tc>
        <w:tc>
          <w:tcPr>
            <w:tcW w:w="4818" w:type="dxa"/>
          </w:tcPr>
          <w:p w14:paraId="2EE1497B" w14:textId="77777777" w:rsidR="009366A3" w:rsidRDefault="001A2322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13CCC476" w14:textId="77777777" w:rsidR="009366A3" w:rsidRDefault="009366A3">
            <w:pPr>
              <w:keepNext/>
            </w:pPr>
          </w:p>
        </w:tc>
      </w:tr>
      <w:tr w:rsidR="009366A3" w14:paraId="51E5918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B0FCC50" w14:textId="77777777" w:rsidR="009366A3" w:rsidRDefault="001A2322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cod</w:t>
            </w:r>
          </w:p>
          <w:p w14:paraId="581E06AE" w14:textId="77777777" w:rsidR="009366A3" w:rsidRDefault="009366A3"/>
        </w:tc>
        <w:tc>
          <w:tcPr>
            <w:tcW w:w="6424" w:type="dxa"/>
            <w:gridSpan w:val="2"/>
          </w:tcPr>
          <w:p w14:paraId="12F33787" w14:textId="77777777" w:rsidR="009366A3" w:rsidRDefault="001A2322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7A5E241" w14:textId="77777777" w:rsidR="009366A3" w:rsidRDefault="009366A3"/>
        </w:tc>
      </w:tr>
    </w:tbl>
    <w:p w14:paraId="6F0CF7E7" w14:textId="77777777" w:rsidR="009366A3" w:rsidRDefault="009366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9366A3" w14:paraId="17EADC9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F8F4F87" w14:textId="77777777" w:rsidR="009366A3" w:rsidRDefault="001A2322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CONFIRMAREA</w:t>
            </w:r>
          </w:p>
        </w:tc>
      </w:tr>
      <w:tr w:rsidR="009366A3" w:rsidRPr="00F13EE2" w14:paraId="6245812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1C5715" w14:textId="77777777" w:rsidR="009366A3" w:rsidRPr="00C61280" w:rsidRDefault="001A2322">
            <w:pPr>
              <w:keepNext/>
              <w:spacing w:line="228" w:lineRule="auto"/>
              <w:rPr>
                <w:lang w:val="fr-FR"/>
              </w:rPr>
            </w:pPr>
            <w:r>
              <w:t xml:space="preserve">Se </w:t>
            </w:r>
            <w:proofErr w:type="spellStart"/>
            <w:r>
              <w:t>confirmă</w:t>
            </w:r>
            <w:proofErr w:type="spellEnd"/>
            <w:r>
              <w:t xml:space="preserve"> </w:t>
            </w:r>
            <w:proofErr w:type="spellStart"/>
            <w:r>
              <w:t>recepționarea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înregistrarea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executarea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</w:t>
            </w:r>
            <w:proofErr w:type="spellStart"/>
            <w:r>
              <w:t>simplificate</w:t>
            </w:r>
            <w:proofErr w:type="spellEnd"/>
            <w:r>
              <w:t xml:space="preserve">.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digitală</w:t>
            </w:r>
            <w:proofErr w:type="spellEnd"/>
            <w:r w:rsidRPr="00C61280">
              <w:rPr>
                <w:lang w:val="fr-FR"/>
              </w:rPr>
              <w:t xml:space="preserve">, </w:t>
            </w:r>
            <w:proofErr w:type="spellStart"/>
            <w:r w:rsidRPr="00C61280">
              <w:rPr>
                <w:lang w:val="fr-FR"/>
              </w:rPr>
              <w:t>confirmarea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generează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proofErr w:type="gramStart"/>
            <w:r w:rsidRPr="00C61280">
              <w:rPr>
                <w:lang w:val="fr-FR"/>
              </w:rPr>
              <w:t>automat</w:t>
            </w:r>
            <w:proofErr w:type="spellEnd"/>
            <w:r w:rsidRPr="00C61280">
              <w:rPr>
                <w:lang w:val="fr-FR"/>
              </w:rPr>
              <w:t>;</w:t>
            </w:r>
            <w:proofErr w:type="gram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pentru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depunerea</w:t>
            </w:r>
            <w:proofErr w:type="spellEnd"/>
            <w:r w:rsidRPr="00C61280">
              <w:rPr>
                <w:lang w:val="fr-FR"/>
              </w:rPr>
              <w:t xml:space="preserve"> </w:t>
            </w:r>
            <w:proofErr w:type="spellStart"/>
            <w:r w:rsidRPr="00C61280">
              <w:rPr>
                <w:lang w:val="fr-FR"/>
              </w:rPr>
              <w:t>în</w:t>
            </w:r>
            <w:proofErr w:type="spellEnd"/>
            <w:r w:rsidRPr="00C61280">
              <w:rPr>
                <w:lang w:val="fr-FR"/>
              </w:rPr>
              <w:t xml:space="preserve"> format </w:t>
            </w:r>
            <w:proofErr w:type="spellStart"/>
            <w:r w:rsidRPr="00C61280">
              <w:rPr>
                <w:lang w:val="fr-FR"/>
              </w:rPr>
              <w:t>scris</w:t>
            </w:r>
            <w:proofErr w:type="spellEnd"/>
            <w:r w:rsidRPr="00C61280">
              <w:rPr>
                <w:lang w:val="fr-FR"/>
              </w:rPr>
              <w:t xml:space="preserve"> se </w:t>
            </w:r>
            <w:proofErr w:type="spellStart"/>
            <w:r w:rsidRPr="00C61280">
              <w:rPr>
                <w:lang w:val="fr-FR"/>
              </w:rPr>
              <w:t>eliberează</w:t>
            </w:r>
            <w:proofErr w:type="spellEnd"/>
            <w:r w:rsidRPr="00C61280">
              <w:rPr>
                <w:lang w:val="fr-FR"/>
              </w:rPr>
              <w:t xml:space="preserve"> la data </w:t>
            </w:r>
            <w:proofErr w:type="spellStart"/>
            <w:r w:rsidRPr="00C61280">
              <w:rPr>
                <w:lang w:val="fr-FR"/>
              </w:rPr>
              <w:t>depunerii</w:t>
            </w:r>
            <w:proofErr w:type="spellEnd"/>
            <w:r w:rsidRPr="00C61280">
              <w:rPr>
                <w:lang w:val="fr-FR"/>
              </w:rPr>
              <w:t>.</w:t>
            </w:r>
          </w:p>
        </w:tc>
      </w:tr>
      <w:tr w:rsidR="009366A3" w:rsidRPr="00F13EE2" w14:paraId="0736C23B" w14:textId="77777777">
        <w:trPr>
          <w:cantSplit/>
          <w:trHeight w:val="510"/>
        </w:trPr>
        <w:tc>
          <w:tcPr>
            <w:tcW w:w="2409" w:type="dxa"/>
          </w:tcPr>
          <w:p w14:paraId="1F782AFB" w14:textId="77777777" w:rsidR="009366A3" w:rsidRDefault="001A2322">
            <w:r>
              <w:rPr>
                <w:b/>
                <w:color w:val="0D5F78"/>
              </w:rPr>
              <w:t xml:space="preserve">Nr.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0159E0C" w14:textId="77777777" w:rsidR="009366A3" w:rsidRDefault="009366A3"/>
        </w:tc>
        <w:tc>
          <w:tcPr>
            <w:tcW w:w="2409" w:type="dxa"/>
          </w:tcPr>
          <w:p w14:paraId="385D1B69" w14:textId="77777777" w:rsidR="009366A3" w:rsidRDefault="001A2322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ș</w:t>
            </w:r>
            <w:r>
              <w:rPr>
                <w:b/>
                <w:color w:val="0D5F78"/>
              </w:rPr>
              <w:t>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6F157F2" w14:textId="77777777" w:rsidR="009366A3" w:rsidRDefault="009366A3"/>
        </w:tc>
        <w:tc>
          <w:tcPr>
            <w:tcW w:w="4818" w:type="dxa"/>
          </w:tcPr>
          <w:p w14:paraId="53C7BFB8" w14:textId="77777777" w:rsidR="009366A3" w:rsidRPr="00C61280" w:rsidRDefault="001A2322">
            <w:pPr>
              <w:rPr>
                <w:lang w:val="fr-FR"/>
              </w:rPr>
            </w:pPr>
            <w:proofErr w:type="spellStart"/>
            <w:r w:rsidRPr="00C61280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de la care pot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începe</w:t>
            </w:r>
            <w:proofErr w:type="spellEnd"/>
            <w:r w:rsidRPr="00C612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61280">
              <w:rPr>
                <w:b/>
                <w:color w:val="0D5F78"/>
                <w:lang w:val="fr-FR"/>
              </w:rPr>
              <w:t>lucrările</w:t>
            </w:r>
            <w:proofErr w:type="spellEnd"/>
          </w:p>
          <w:p w14:paraId="3112E9C2" w14:textId="77777777" w:rsidR="009366A3" w:rsidRPr="00C61280" w:rsidRDefault="001A2322">
            <w:pPr>
              <w:rPr>
                <w:lang w:val="fr-FR"/>
              </w:rPr>
            </w:pPr>
            <w:r w:rsidRPr="00C61280">
              <w:rPr>
                <w:i/>
                <w:color w:val="7A7A7A"/>
                <w:lang w:val="fr-FR"/>
              </w:rPr>
              <w:t xml:space="preserve">15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zile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de la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înregistrare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,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în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lipsa</w:t>
            </w:r>
            <w:proofErr w:type="spellEnd"/>
            <w:r w:rsidRPr="00C612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C61280">
              <w:rPr>
                <w:i/>
                <w:color w:val="7A7A7A"/>
                <w:lang w:val="fr-FR"/>
              </w:rPr>
              <w:t>clarificărilor</w:t>
            </w:r>
            <w:proofErr w:type="spellEnd"/>
          </w:p>
          <w:p w14:paraId="3D9E913E" w14:textId="77777777" w:rsidR="009366A3" w:rsidRPr="00C61280" w:rsidRDefault="009366A3">
            <w:pPr>
              <w:rPr>
                <w:lang w:val="fr-FR"/>
              </w:rPr>
            </w:pPr>
          </w:p>
        </w:tc>
      </w:tr>
    </w:tbl>
    <w:p w14:paraId="5AC60894" w14:textId="77777777" w:rsidR="009366A3" w:rsidRPr="00C61280" w:rsidRDefault="009366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366A3" w14:paraId="1F3FB17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A4409FA" w14:textId="77777777" w:rsidR="009366A3" w:rsidRDefault="001A2322">
            <w:pPr>
              <w:keepNext/>
            </w:pPr>
            <w:r w:rsidRPr="00C612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366A3" w14:paraId="2CB7B60D" w14:textId="77777777">
        <w:trPr>
          <w:cantSplit/>
          <w:trHeight w:val="510"/>
        </w:trPr>
        <w:tc>
          <w:tcPr>
            <w:tcW w:w="5621" w:type="dxa"/>
          </w:tcPr>
          <w:p w14:paraId="6987B63C" w14:textId="50B4CA65" w:rsidR="009366A3" w:rsidRDefault="001A2322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166708BF" w14:textId="77777777" w:rsidR="009366A3" w:rsidRDefault="009366A3"/>
        </w:tc>
        <w:tc>
          <w:tcPr>
            <w:tcW w:w="2409" w:type="dxa"/>
          </w:tcPr>
          <w:p w14:paraId="09C73EEA" w14:textId="77777777" w:rsidR="009366A3" w:rsidRDefault="001A2322">
            <w:r>
              <w:rPr>
                <w:b/>
                <w:color w:val="0D5F78"/>
              </w:rPr>
              <w:t>Data</w:t>
            </w:r>
          </w:p>
          <w:p w14:paraId="3BC53AF9" w14:textId="77777777" w:rsidR="009366A3" w:rsidRDefault="009366A3"/>
        </w:tc>
        <w:tc>
          <w:tcPr>
            <w:tcW w:w="1606" w:type="dxa"/>
          </w:tcPr>
          <w:p w14:paraId="1874437E" w14:textId="40101083" w:rsidR="009366A3" w:rsidRDefault="00E079E1">
            <w:proofErr w:type="spellStart"/>
            <w:r>
              <w:rPr>
                <w:b/>
                <w:color w:val="0D5F78"/>
              </w:rPr>
              <w:t>S</w:t>
            </w:r>
            <w:r w:rsidR="00C61280">
              <w:rPr>
                <w:b/>
                <w:color w:val="0D5F78"/>
              </w:rPr>
              <w:t>emnătura</w:t>
            </w:r>
            <w:proofErr w:type="spellEnd"/>
          </w:p>
          <w:p w14:paraId="3F4DF4DE" w14:textId="77777777" w:rsidR="009366A3" w:rsidRDefault="009366A3"/>
        </w:tc>
      </w:tr>
    </w:tbl>
    <w:p w14:paraId="1ECFDC8D" w14:textId="77777777" w:rsidR="009366A3" w:rsidRDefault="009366A3">
      <w:pPr>
        <w:spacing w:line="168" w:lineRule="auto"/>
      </w:pPr>
    </w:p>
    <w:sectPr w:rsidR="009366A3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1DC3E6" w14:textId="77777777" w:rsidR="001A2322" w:rsidRDefault="001A2322">
      <w:r>
        <w:separator/>
      </w:r>
    </w:p>
  </w:endnote>
  <w:endnote w:type="continuationSeparator" w:id="0">
    <w:p w14:paraId="2990CF77" w14:textId="77777777" w:rsidR="001A2322" w:rsidRDefault="001A2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8F2BD3" w14:textId="77777777" w:rsidR="009366A3" w:rsidRDefault="001A2322">
    <w:pPr>
      <w:pStyle w:val="Footer"/>
      <w:tabs>
        <w:tab w:val="right" w:pos="9639"/>
      </w:tabs>
    </w:pPr>
    <w:r>
      <w:rPr>
        <w:color w:val="595959"/>
      </w:rPr>
      <w:t xml:space="preserve">F_NOT_02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612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1D7AC1" w14:textId="77777777" w:rsidR="001A2322" w:rsidRDefault="001A2322">
      <w:r>
        <w:separator/>
      </w:r>
    </w:p>
  </w:footnote>
  <w:footnote w:type="continuationSeparator" w:id="0">
    <w:p w14:paraId="02476785" w14:textId="77777777" w:rsidR="001A2322" w:rsidRDefault="001A23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5A8"/>
    <w:rsid w:val="0015074B"/>
    <w:rsid w:val="001A2322"/>
    <w:rsid w:val="0029639D"/>
    <w:rsid w:val="00326F90"/>
    <w:rsid w:val="006149AC"/>
    <w:rsid w:val="006C103E"/>
    <w:rsid w:val="009366A3"/>
    <w:rsid w:val="00AA1D8D"/>
    <w:rsid w:val="00B47730"/>
    <w:rsid w:val="00C17D31"/>
    <w:rsid w:val="00C61280"/>
    <w:rsid w:val="00CB0664"/>
    <w:rsid w:val="00D51610"/>
    <w:rsid w:val="00E079E1"/>
    <w:rsid w:val="00E61A6B"/>
    <w:rsid w:val="00F13E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5B05E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C17D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B2C06C-8D68-49F9-99CA-3189A78CE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2026-09-23T09:16:00Z</dcterms:modified>
  <cp:category/>
</cp:coreProperties>
</file>